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ריבית דריבית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ריבית פשוטה לריבית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אילו גורמים משפיעים על סכום החיסכון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רווח מריבית במצבים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ריבית שמתווספת גם על הריבית שכבר נצברה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בריבית דריבית הרווח גדל מהר יותר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ריבית דריבית מחושבת גם על הריבית שכבר נוספה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גבוהה יותר מגדילה את הסכום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הרווח מריבית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התחלתי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(ריבית שמתווספת גם על ריבית 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(הכסף הראשון שמפקידים)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(תוספת קבועה כל 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(ההפרש בין הסכום הכולל להפקדות)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מפקידים סכום התחלתי בחיסכון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הפקדה חודשית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החיסכון צובר ריבית על הסכום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הריבית מצטרפת לסכום ומתחילה לצבור ריבית בעצמה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שבריבית דריבית הרווח עצמו מתחיל לצבור ריבית נוספת, כך שהגידול מואץ עם השנים, בעוד שבריבית פשוטה הרווח קבוע כל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שמצטברת על ריבית 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סכום התחלתי, הפקדות, ריבית ושנים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ככל שהזמן ארוך יותר הרווח גדל מהר יותר בזכות 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עם המחשבון בפועל ולשנות ערכים כדי להראות את ההשפעה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שמדובר בהדגמה בלבד וריבית אמיתית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לנחש לפני החישוב מה יקרה כששינוי אחד משתנה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ריבית דריבית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במחשבון ריבית דריבית אפשר להזין סכום התחלתי, הפקדה חודשית, ריבית שנתית ומספר שנים, ולראות כיצד החיסכון גדל עם הזמן. דף זה יתרגל את העקרונות שמאחורי המחשבון.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רווח  ·  התחלתי  ·  דריבית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ריבית שמחושבת רק על הסכום ההתחלתי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ריבית שמתווספת גם על הריבית שכבר נצברה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ריבית שמשלמים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ריבית פשוטה לריבית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בריבית דריבית הרווח גדל מהר יותר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בריבית פשוטה הרווח גדל מהר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דריבית מחושבת רק על הסכום ההתחלתי ולא על הריבית שנצברה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שהריבית השנתית גבוהה יותר, כך הרווח גדול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הרווח מריבית הוא ההפרש בין הסכום שיש בחיסכון לסכום שהופקד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ריבית שמחושבת גם על הריבית הקודמת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הסכום שמכניסים לחיסכון בפעם הראשונה נקרא סכום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ההפרש בין מה שיש בחיסכון למה שהופקד נקרא __________ מריבית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תוספת קבועה כל 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סכום התחלתי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ריבית שמתווספת גם על ריבית 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הפקדה חודשית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ההפרש בין הסכום הכולל להפקדות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רווח מריבית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הכסף הראשון שמפקידים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החיסכון צובר ריבית על הסכום הכולל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הריבית מצטרפת לסכום ומתחילה לצבור ריבית בעצמה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מפקידים סכום התחלתי בחיסכון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הפקדה חודשית קבועה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ריבית דריבית 'מנצחת' ריבית פשוטה לאורך זמן, והיעזרו בדוגמה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ריבית דריבית במילה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משפיע על גודל הרווח בחיסכון?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ריבית דריבית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