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ריבית דריבית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ריבית פשוטה לריבית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אילו גורמים משפיעים על סכום החיסכון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רווח מריבית במצבים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ריבית שמתווספת גם על הריבית שכבר נצברה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בריבית דריבית הרווח גדל מהר יותר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סך כל הכסף שהוכנס בפועל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הרווח גדל בקצב מהיר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היא מגדילה את הסכום הסופי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ריבית דריבית מחושבת גם על הריבית שכבר נוספה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ריבית גבוהה יותר מגדילה את הסכום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הרווח מריבית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במציאות הריבית יכולה להשתנות, וזו רק הדגמה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הפקדות גבוהות יותר מגדילות את סך החיסכון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התחלתי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חודשית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פשוטה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(ריבית שמתווספת גם על ריבית קודמת)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(הכסף הראשון שמפקידים)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(תוספת קבועה כל 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(ההפרש בין הסכום הכולל להפקדות)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(אחוז התוספת לשנה)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מפקידים סכום התחלתי בחיסכון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הפקדה חודשית קבועה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החיסכון צובר ריבית על הסכום הכולל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הריבית מצטרפת לסכום ומתחילה לצבור ריבית בעצמה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לאורך זמן נוצר רווח גדל והולך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שבריבית דריבית הרווח עצמו מתחיל לצבור ריבית נוספת, כך שהגידול מואץ עם השנים, בעוד שבריבית פשוטה הרווח קבוע כל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 שמוסיף הפקדה חודשית יצבור סכום גבוה משמעותית, כי כל הפקדה גם היא מתחילה לצבור ריבית 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שמצטברת על ריבית 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סכום התחלתי, הפקדות, ריבית ושנים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ככל שהזמן ארוך יותר הרווח גדל מהר יותר בזכות 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עם המחשבון בפועל ולשנות ערכים כדי להראות את ההשפעה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שמדובר בהדגמה בלבד וריבית אמיתית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לנחש לפני החישוב מה יקרה כששינוי אחד משתנה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ריבית דריבית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מחשבון שמראה כמה כסף נצבר כשחוסכים לאורך זמן עם ריבית. בדף הזה נתרגל את הרעיון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תוספת כסף שמקבלים על חיסכון, באחוזים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דריבית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שמתווספת גם על הריבית הקודמת, לא רק על הסכום המקורי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פשוטה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שמחושבת רק על הסכום ההתחלתי, בלי לצבור עוד ריבית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סכום התחלתי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שמפקידים בפעם הראשונה בחיסכון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הפקדה חודשית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קבוע שמוסיפים לחיסכון כל חודש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רווח מריבית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ההפרש בין הסכום שיש בחיסכון לבין הסכום שהופקד בפועל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הפקדות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סך כל הכסף שהוכנס לחיסכון, לא כולל הרווח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ריבית דריבית?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ריבית שמחושבת רק על הסכום ההתחלתי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ריבית שמתווספת גם על הריבית שכבר נצברה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ריבית שמשלמים פעם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ריבית שלא קשורה לזמן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שונה בין שני סוגי הריבית?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בריבית דריבית הרווח גדל מהר יותר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בריבית פשוטה הרווח גדל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ריבית פשוטה קיימת רק בבנקים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'הפקדתם' מראה במחשבון?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סך הרווח מהריבית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סך כל הכסף שהוכנס בפועל לחיסכון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הריבית השנתית באחוזים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לרווח כשחוסכים הרבה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הרווח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הרווח נשאר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הרווח גדל בקצב מהיר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שנים לרווח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כשמוסיפים כסף כל חודש לחיסכון?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לה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מקטינה את הסכום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מגדילה את הסכום הסופי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משפיעה רק בשנה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דריבית מחושבת רק על הסכום ההתחלתי ולא על הריבית שנצברה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שהריבית השנתית גבוהה יותר, כך הרווח גדול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הרווח מריבית הוא ההפרש בין הסכום שיש בחיסכון לסכום שהופקד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בפועל בבנקים תמיד קבועה ולא משתנה לאורך השנים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שמפקידים סכום חודשי גבוה יותר, כך הסכום הסופי יהיה גבוה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ריבית שמחושבת גם על הריבית הקודמת נקראת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הסכום שמכניסים לחיסכון בפעם הראשונה נקרא סכום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ההפרש בין מה שיש בחיסכון למה שהופקד נקרא __________ מריבית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כסף שמוסיפים לחיסכון כל חודש נקרא הפקדה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ריבית שמחושבת רק על הסכום המקורי נקראת ריבית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ההפרש בין הסכום הכולל להפקדות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סכום התחלתי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תוספת קבועה כל חודש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הפקדה חודשית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אחוז התוספת לשנה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רווח מריבית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הכסף הראשון שמפקידים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ריבית שנתית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ריבית שמתווספת גם על ריבית קודמת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הפקדה חודשית קבועה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מפקידים סכום התחלתי בחיסכון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הריבית מצטרפת לסכום ומתחילה לצבור ריבית בעצמה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לאורך זמן נוצר רווח גדל והולך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החיסכון צובר ריבית על הסכום הכולל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ריבית דריבית 'מנצחת' ריבית פשוטה לאורך זמן, והיעזרו בדוגמה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שני אנשים מפקידים אותו סכום התחלתי אך אחד מוסיף הפקדה חודשית והשני לא, איך זה ישפיע על התוצאה אחרי 10 שנים?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ריבית דריבית במילה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משפיע על גודל הרווח בחיסכון?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למה חיסכון ארוך טווח עדיף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ריבית דריבית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